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95DC4" w14:textId="77777777" w:rsidR="00CC3971" w:rsidRPr="002B5EBE" w:rsidRDefault="00000000" w:rsidP="002B5EBE">
      <w:pPr>
        <w:jc w:val="center"/>
        <w:rPr>
          <w:b/>
          <w:bCs/>
          <w:i/>
          <w:iCs/>
          <w:sz w:val="44"/>
          <w:szCs w:val="44"/>
          <w:u w:val="single"/>
        </w:rPr>
      </w:pPr>
      <w:r w:rsidRPr="002B5EBE">
        <w:rPr>
          <w:b/>
          <w:bCs/>
          <w:i/>
          <w:iCs/>
          <w:sz w:val="44"/>
          <w:szCs w:val="44"/>
          <w:u w:val="single"/>
        </w:rPr>
        <w:t>Privacy Policy of Earth Services</w:t>
      </w:r>
    </w:p>
    <w:p w14:paraId="314EEF9C" w14:textId="77777777" w:rsidR="00CC3971" w:rsidRDefault="00000000" w:rsidP="002B5EBE">
      <w:pPr>
        <w:spacing w:line="240" w:lineRule="auto"/>
        <w:jc w:val="right"/>
      </w:pPr>
      <w:r>
        <w:t>Effective Date: 05/09/2024</w:t>
      </w:r>
    </w:p>
    <w:p w14:paraId="3C4B117C" w14:textId="77777777" w:rsidR="00CC3971" w:rsidRDefault="00000000" w:rsidP="002B5EBE">
      <w:pPr>
        <w:spacing w:line="240" w:lineRule="auto"/>
        <w:jc w:val="right"/>
      </w:pPr>
      <w:r>
        <w:t>Version: 1.0</w:t>
      </w:r>
    </w:p>
    <w:p w14:paraId="26EA8569" w14:textId="77777777" w:rsidR="00CC3971" w:rsidRDefault="00CC3971"/>
    <w:p w14:paraId="0E0CCBF0" w14:textId="77777777" w:rsidR="00CC3971" w:rsidRDefault="00000000">
      <w:r>
        <w:t xml:space="preserve">At </w:t>
      </w:r>
      <w:r w:rsidRPr="00F6620B">
        <w:rPr>
          <w:b/>
          <w:bCs/>
          <w:u w:val="single"/>
        </w:rPr>
        <w:t>Earth Services</w:t>
      </w:r>
      <w:r>
        <w:t>, we value your privacy and are committed to protecting your personal information. This Privacy Policy explains how we collect, use, store, and share your data when you access or use our services. By using our website or services, you agree to the practices outlined in this policy.</w:t>
      </w:r>
    </w:p>
    <w:p w14:paraId="1BF871E8" w14:textId="77777777" w:rsidR="00CC3971" w:rsidRDefault="00CC3971"/>
    <w:p w14:paraId="2536A235" w14:textId="77777777" w:rsidR="00CC3971" w:rsidRPr="002B5EBE" w:rsidRDefault="00000000">
      <w:pPr>
        <w:rPr>
          <w:b/>
          <w:bCs/>
          <w:sz w:val="28"/>
          <w:szCs w:val="28"/>
        </w:rPr>
      </w:pPr>
      <w:r w:rsidRPr="002B5EBE">
        <w:rPr>
          <w:b/>
          <w:bCs/>
          <w:sz w:val="28"/>
          <w:szCs w:val="28"/>
        </w:rPr>
        <w:t>Information We Collect:</w:t>
      </w:r>
    </w:p>
    <w:p w14:paraId="3BF98553" w14:textId="77777777" w:rsidR="00CC3971" w:rsidRDefault="00000000">
      <w:r>
        <w:t>1. Contact Information: Your name, email address, phone number, and mailing address.</w:t>
      </w:r>
    </w:p>
    <w:p w14:paraId="6E7C9239" w14:textId="77777777" w:rsidR="00CC3971" w:rsidRDefault="00000000">
      <w:r>
        <w:t>2. Employment Information: Your resume, work history, qualifications, and educational background.</w:t>
      </w:r>
    </w:p>
    <w:p w14:paraId="3C028314" w14:textId="77777777" w:rsidR="00CC3971" w:rsidRDefault="00000000">
      <w:r>
        <w:t>3. Payment Information: Bank details, credit/debit card information, or payment transaction data (if applicable).</w:t>
      </w:r>
    </w:p>
    <w:p w14:paraId="476B5F2C" w14:textId="77777777" w:rsidR="00CC3971" w:rsidRDefault="00000000">
      <w:r>
        <w:t>4. Usage Information: Your IP address, browser type, device details, and how you interact with our website and services.</w:t>
      </w:r>
    </w:p>
    <w:p w14:paraId="7D2EEAB4" w14:textId="77777777" w:rsidR="00CC3971" w:rsidRDefault="00000000">
      <w:r>
        <w:t>5. Non-Personal Information: Aggregated or statistical data such as website traffic, device analytics, or demographic trends that do not identify you personally.</w:t>
      </w:r>
    </w:p>
    <w:p w14:paraId="0BEF05C9" w14:textId="77777777" w:rsidR="00CC3971" w:rsidRDefault="00CC3971"/>
    <w:p w14:paraId="6BBDB660" w14:textId="77777777" w:rsidR="00CC3971" w:rsidRPr="002B5EBE" w:rsidRDefault="00000000">
      <w:pPr>
        <w:rPr>
          <w:b/>
          <w:bCs/>
          <w:sz w:val="28"/>
          <w:szCs w:val="28"/>
        </w:rPr>
      </w:pPr>
      <w:r w:rsidRPr="002B5EBE">
        <w:rPr>
          <w:b/>
          <w:bCs/>
          <w:sz w:val="28"/>
          <w:szCs w:val="28"/>
        </w:rPr>
        <w:t>How We Use Your Information:</w:t>
      </w:r>
    </w:p>
    <w:p w14:paraId="680A7037" w14:textId="64ECFD06" w:rsidR="00CC3971" w:rsidRDefault="00000000" w:rsidP="002B5EBE">
      <w:pPr>
        <w:pStyle w:val="ListParagraph"/>
        <w:numPr>
          <w:ilvl w:val="0"/>
          <w:numId w:val="12"/>
        </w:numPr>
      </w:pPr>
      <w:r>
        <w:t>To Provide Services: Delivering the services you request or sign up for.</w:t>
      </w:r>
    </w:p>
    <w:p w14:paraId="737FEB2F" w14:textId="78F093CA" w:rsidR="00CC3971" w:rsidRDefault="00000000" w:rsidP="002B5EBE">
      <w:pPr>
        <w:pStyle w:val="ListParagraph"/>
        <w:numPr>
          <w:ilvl w:val="0"/>
          <w:numId w:val="12"/>
        </w:numPr>
      </w:pPr>
      <w:r>
        <w:t>Communication: Sending updates, service notifications, or promotional content.</w:t>
      </w:r>
    </w:p>
    <w:p w14:paraId="0D6E57EC" w14:textId="3EDCAB42" w:rsidR="00CC3971" w:rsidRDefault="00000000" w:rsidP="002B5EBE">
      <w:pPr>
        <w:pStyle w:val="ListParagraph"/>
        <w:numPr>
          <w:ilvl w:val="0"/>
          <w:numId w:val="12"/>
        </w:numPr>
      </w:pPr>
      <w:r>
        <w:t>Service Improvement: Enhancing user experience through performance analysis.</w:t>
      </w:r>
    </w:p>
    <w:p w14:paraId="5D2FB74C" w14:textId="3B107AF9" w:rsidR="00CC3971" w:rsidRDefault="00000000" w:rsidP="002B5EBE">
      <w:pPr>
        <w:pStyle w:val="ListParagraph"/>
        <w:numPr>
          <w:ilvl w:val="0"/>
          <w:numId w:val="12"/>
        </w:numPr>
      </w:pPr>
      <w:r>
        <w:t>Transaction Processing: Handling payments, billing, and related activities.</w:t>
      </w:r>
    </w:p>
    <w:p w14:paraId="0A97D227" w14:textId="2173CAE5" w:rsidR="00CC3971" w:rsidRDefault="00000000" w:rsidP="002B5EBE">
      <w:pPr>
        <w:pStyle w:val="ListParagraph"/>
        <w:numPr>
          <w:ilvl w:val="0"/>
          <w:numId w:val="12"/>
        </w:numPr>
      </w:pPr>
      <w:r>
        <w:t>Legal Compliance: Meeting regulatory, legal, or contractual obligations.</w:t>
      </w:r>
    </w:p>
    <w:p w14:paraId="7D65D916" w14:textId="20B47EA8" w:rsidR="00CC3971" w:rsidRDefault="00000000" w:rsidP="002B5EBE">
      <w:pPr>
        <w:pStyle w:val="ListParagraph"/>
        <w:numPr>
          <w:ilvl w:val="0"/>
          <w:numId w:val="12"/>
        </w:numPr>
      </w:pPr>
      <w:r>
        <w:t>With Your Consent: Any additional use that requires your explicit approval.</w:t>
      </w:r>
    </w:p>
    <w:p w14:paraId="474626AA" w14:textId="77777777" w:rsidR="00CC3971" w:rsidRDefault="00CC3971"/>
    <w:p w14:paraId="69462365" w14:textId="77777777" w:rsidR="00CC3971" w:rsidRPr="002B5EBE" w:rsidRDefault="00000000">
      <w:pPr>
        <w:rPr>
          <w:b/>
          <w:bCs/>
          <w:sz w:val="28"/>
          <w:szCs w:val="28"/>
        </w:rPr>
      </w:pPr>
      <w:r w:rsidRPr="002B5EBE">
        <w:rPr>
          <w:b/>
          <w:bCs/>
          <w:sz w:val="28"/>
          <w:szCs w:val="28"/>
        </w:rPr>
        <w:t>Sharing of Information:</w:t>
      </w:r>
    </w:p>
    <w:p w14:paraId="42C8B926" w14:textId="1FF6947C" w:rsidR="00CC3971" w:rsidRDefault="00000000" w:rsidP="00F6620B">
      <w:pPr>
        <w:pStyle w:val="ListParagraph"/>
        <w:numPr>
          <w:ilvl w:val="0"/>
          <w:numId w:val="24"/>
        </w:numPr>
      </w:pPr>
      <w:r>
        <w:t>Service Providers: Third-party vendors supporting our operations.</w:t>
      </w:r>
    </w:p>
    <w:p w14:paraId="2973D061" w14:textId="64C63168" w:rsidR="00CC3971" w:rsidRDefault="00000000" w:rsidP="00F6620B">
      <w:pPr>
        <w:pStyle w:val="ListParagraph"/>
        <w:numPr>
          <w:ilvl w:val="0"/>
          <w:numId w:val="24"/>
        </w:numPr>
      </w:pPr>
      <w:r>
        <w:lastRenderedPageBreak/>
        <w:t>Legal Authorities: If required by law, court order, or government investigation.</w:t>
      </w:r>
    </w:p>
    <w:p w14:paraId="5B0DF074" w14:textId="45489474" w:rsidR="00CC3971" w:rsidRDefault="00000000" w:rsidP="00F6620B">
      <w:pPr>
        <w:pStyle w:val="ListParagraph"/>
        <w:numPr>
          <w:ilvl w:val="0"/>
          <w:numId w:val="24"/>
        </w:numPr>
      </w:pPr>
      <w:r>
        <w:t>Business Transactions: In case of merger, acquisition, or asset transfer.</w:t>
      </w:r>
    </w:p>
    <w:p w14:paraId="40CE7C77" w14:textId="44856A75" w:rsidR="00CC3971" w:rsidRDefault="00000000" w:rsidP="00F6620B">
      <w:pPr>
        <w:pStyle w:val="ListParagraph"/>
        <w:numPr>
          <w:ilvl w:val="0"/>
          <w:numId w:val="24"/>
        </w:numPr>
      </w:pPr>
      <w:r>
        <w:t>Analytics &amp; Marketing Partners: Sharing non-personal or aggregated data for analysis.</w:t>
      </w:r>
    </w:p>
    <w:p w14:paraId="4C89B167" w14:textId="77777777" w:rsidR="00CC3971" w:rsidRDefault="00CC3971"/>
    <w:p w14:paraId="5967A3E5" w14:textId="77777777" w:rsidR="00CC3971" w:rsidRPr="002B5EBE" w:rsidRDefault="00000000">
      <w:pPr>
        <w:rPr>
          <w:b/>
          <w:bCs/>
          <w:sz w:val="28"/>
          <w:szCs w:val="28"/>
        </w:rPr>
      </w:pPr>
      <w:r w:rsidRPr="002B5EBE">
        <w:rPr>
          <w:b/>
          <w:bCs/>
          <w:sz w:val="28"/>
          <w:szCs w:val="28"/>
        </w:rPr>
        <w:t>Security of Information:</w:t>
      </w:r>
    </w:p>
    <w:p w14:paraId="78075C1C" w14:textId="77777777" w:rsidR="00CC3971" w:rsidRDefault="00000000">
      <w:r>
        <w:t>We take strong technical and organizational measures to protect your personal data from unauthorized access, misuse, alteration, or loss.</w:t>
      </w:r>
    </w:p>
    <w:p w14:paraId="4D6588CB" w14:textId="77777777" w:rsidR="00CC3971" w:rsidRDefault="00CC3971"/>
    <w:p w14:paraId="4B3DBFDE" w14:textId="77777777" w:rsidR="00CC3971" w:rsidRPr="002B5EBE" w:rsidRDefault="00000000">
      <w:pPr>
        <w:rPr>
          <w:b/>
          <w:bCs/>
          <w:sz w:val="28"/>
          <w:szCs w:val="28"/>
        </w:rPr>
      </w:pPr>
      <w:r w:rsidRPr="002B5EBE">
        <w:rPr>
          <w:b/>
          <w:bCs/>
          <w:sz w:val="28"/>
          <w:szCs w:val="28"/>
        </w:rPr>
        <w:t>Cookies and Tracking Technologies:</w:t>
      </w:r>
    </w:p>
    <w:p w14:paraId="1AF6859C" w14:textId="77777777" w:rsidR="00CC3971" w:rsidRDefault="00000000">
      <w:r>
        <w:t>We use cookies, session data, and tracking tools to enhance user experience. You may manage cookies through browser settings.</w:t>
      </w:r>
    </w:p>
    <w:p w14:paraId="7E7082F7" w14:textId="77777777" w:rsidR="00CC3971" w:rsidRDefault="00CC3971"/>
    <w:p w14:paraId="3D5D4101" w14:textId="77777777" w:rsidR="00CC3971" w:rsidRPr="002B5EBE" w:rsidRDefault="00000000">
      <w:pPr>
        <w:rPr>
          <w:b/>
          <w:bCs/>
          <w:sz w:val="28"/>
          <w:szCs w:val="28"/>
        </w:rPr>
      </w:pPr>
      <w:r w:rsidRPr="002B5EBE">
        <w:rPr>
          <w:b/>
          <w:bCs/>
          <w:sz w:val="28"/>
          <w:szCs w:val="28"/>
        </w:rPr>
        <w:t>Sessions:</w:t>
      </w:r>
    </w:p>
    <w:p w14:paraId="3D93A632" w14:textId="77777777" w:rsidR="00CC3971" w:rsidRDefault="00000000">
      <w:r>
        <w:t>A session stores temporary preferences during your visit. Session cookies expire when you close the browser.</w:t>
      </w:r>
    </w:p>
    <w:p w14:paraId="645B960B" w14:textId="77777777" w:rsidR="00CC3971" w:rsidRDefault="00CC3971"/>
    <w:p w14:paraId="28980195" w14:textId="77777777" w:rsidR="00CC3971" w:rsidRPr="002B5EBE" w:rsidRDefault="00000000">
      <w:pPr>
        <w:rPr>
          <w:b/>
          <w:bCs/>
          <w:sz w:val="28"/>
          <w:szCs w:val="28"/>
        </w:rPr>
      </w:pPr>
      <w:r w:rsidRPr="002B5EBE">
        <w:rPr>
          <w:b/>
          <w:bCs/>
          <w:sz w:val="28"/>
          <w:szCs w:val="28"/>
        </w:rPr>
        <w:t>Data Breach Policy:</w:t>
      </w:r>
    </w:p>
    <w:p w14:paraId="6A8185F2" w14:textId="4DCE3E62" w:rsidR="00CC3971" w:rsidRDefault="00000000" w:rsidP="00F6620B">
      <w:pPr>
        <w:pStyle w:val="ListParagraph"/>
        <w:numPr>
          <w:ilvl w:val="0"/>
          <w:numId w:val="26"/>
        </w:numPr>
      </w:pPr>
      <w:r>
        <w:t>Notification: You will be informed promptly if your personal data is affected.</w:t>
      </w:r>
    </w:p>
    <w:p w14:paraId="05FC866F" w14:textId="622B6F6E" w:rsidR="00CC3971" w:rsidRDefault="00000000" w:rsidP="00F6620B">
      <w:pPr>
        <w:pStyle w:val="ListParagraph"/>
        <w:numPr>
          <w:ilvl w:val="0"/>
          <w:numId w:val="26"/>
        </w:numPr>
      </w:pPr>
      <w:r>
        <w:t>Details Provided: Nature of breach and safety steps.</w:t>
      </w:r>
    </w:p>
    <w:p w14:paraId="43BE0AEB" w14:textId="702554A9" w:rsidR="00CC3971" w:rsidRDefault="00000000" w:rsidP="00F6620B">
      <w:pPr>
        <w:pStyle w:val="ListParagraph"/>
        <w:numPr>
          <w:ilvl w:val="0"/>
          <w:numId w:val="26"/>
        </w:numPr>
      </w:pPr>
      <w:r>
        <w:t>Preventive Measures: Regular updates to security practices.</w:t>
      </w:r>
    </w:p>
    <w:p w14:paraId="6CB5B4DB" w14:textId="77777777" w:rsidR="00CC3971" w:rsidRDefault="00CC3971"/>
    <w:p w14:paraId="11E82D72" w14:textId="77777777" w:rsidR="00CC3971" w:rsidRDefault="00000000">
      <w:r w:rsidRPr="002B5EBE">
        <w:rPr>
          <w:b/>
          <w:bCs/>
          <w:sz w:val="28"/>
          <w:szCs w:val="28"/>
        </w:rPr>
        <w:t>Your Rights</w:t>
      </w:r>
      <w:r>
        <w:t>:</w:t>
      </w:r>
    </w:p>
    <w:p w14:paraId="132439DF" w14:textId="77777777" w:rsidR="00CC3971" w:rsidRDefault="00000000">
      <w:r>
        <w:t xml:space="preserve">You may request access, correction, deletion, or restriction of your data.  </w:t>
      </w:r>
    </w:p>
    <w:p w14:paraId="6FCCD01D" w14:textId="77777777" w:rsidR="00CC3971" w:rsidRDefault="00000000">
      <w:r>
        <w:t>Contact: support@earthservices.com</w:t>
      </w:r>
    </w:p>
    <w:p w14:paraId="1F58D9E7" w14:textId="77777777" w:rsidR="00CC3971" w:rsidRDefault="00CC3971"/>
    <w:p w14:paraId="2EAC4604" w14:textId="77777777" w:rsidR="00CC3971" w:rsidRPr="002B5EBE" w:rsidRDefault="00000000">
      <w:pPr>
        <w:rPr>
          <w:b/>
          <w:bCs/>
          <w:sz w:val="28"/>
          <w:szCs w:val="28"/>
        </w:rPr>
      </w:pPr>
      <w:r w:rsidRPr="002B5EBE">
        <w:rPr>
          <w:b/>
          <w:bCs/>
          <w:sz w:val="28"/>
          <w:szCs w:val="28"/>
        </w:rPr>
        <w:t>Updates to This Policy:</w:t>
      </w:r>
    </w:p>
    <w:p w14:paraId="2206CBCA" w14:textId="77777777" w:rsidR="00CC3971" w:rsidRDefault="00000000">
      <w:r>
        <w:t>We may update the policy periodically. Changes will be posted on our website.</w:t>
      </w:r>
    </w:p>
    <w:p w14:paraId="79C4D108" w14:textId="77777777" w:rsidR="00CC3971" w:rsidRDefault="00CC3971"/>
    <w:p w14:paraId="0E941925" w14:textId="77777777" w:rsidR="00CC3971" w:rsidRPr="002B5EBE" w:rsidRDefault="00000000">
      <w:pPr>
        <w:rPr>
          <w:b/>
          <w:bCs/>
          <w:sz w:val="28"/>
          <w:szCs w:val="28"/>
        </w:rPr>
      </w:pPr>
      <w:r w:rsidRPr="002B5EBE">
        <w:rPr>
          <w:b/>
          <w:bCs/>
          <w:sz w:val="28"/>
          <w:szCs w:val="28"/>
        </w:rPr>
        <w:t>Contact Us:</w:t>
      </w:r>
    </w:p>
    <w:p w14:paraId="62955005" w14:textId="77777777" w:rsidR="00CC3971" w:rsidRDefault="00000000">
      <w:r>
        <w:t>For questions, reach us at support@earthservices.com</w:t>
      </w:r>
    </w:p>
    <w:p w14:paraId="152BB6C5" w14:textId="77777777" w:rsidR="00CC3971" w:rsidRDefault="00CC3971"/>
    <w:sectPr w:rsidR="00CC397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74B7B56"/>
    <w:multiLevelType w:val="hybridMultilevel"/>
    <w:tmpl w:val="1D1298C8"/>
    <w:lvl w:ilvl="0" w:tplc="1EE494BA">
      <w:numFmt w:val="bullet"/>
      <w:lvlText w:val="-"/>
      <w:lvlJc w:val="left"/>
      <w:pPr>
        <w:ind w:left="720" w:hanging="360"/>
      </w:pPr>
      <w:rPr>
        <w:rFonts w:ascii="Cambria" w:eastAsiaTheme="minorEastAsia" w:hAnsi="Cambria"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0BC53550"/>
    <w:multiLevelType w:val="hybridMultilevel"/>
    <w:tmpl w:val="98289EEA"/>
    <w:lvl w:ilvl="0" w:tplc="469A19BC">
      <w:numFmt w:val="bullet"/>
      <w:lvlText w:val="-"/>
      <w:lvlJc w:val="left"/>
      <w:pPr>
        <w:ind w:left="720" w:hanging="360"/>
      </w:pPr>
      <w:rPr>
        <w:rFonts w:ascii="Cambria" w:eastAsiaTheme="minorEastAsia" w:hAnsi="Cambria"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CAE6843"/>
    <w:multiLevelType w:val="hybridMultilevel"/>
    <w:tmpl w:val="C8AC1E2E"/>
    <w:lvl w:ilvl="0" w:tplc="4009000F">
      <w:start w:val="1"/>
      <w:numFmt w:val="decimal"/>
      <w:lvlText w:val="%1."/>
      <w:lvlJc w:val="left"/>
      <w:pPr>
        <w:ind w:left="720" w:hanging="360"/>
      </w:pPr>
    </w:lvl>
    <w:lvl w:ilvl="1" w:tplc="13ACF0D0">
      <w:numFmt w:val="bullet"/>
      <w:lvlText w:val="-"/>
      <w:lvlJc w:val="left"/>
      <w:pPr>
        <w:ind w:left="1440" w:hanging="360"/>
      </w:pPr>
      <w:rPr>
        <w:rFonts w:ascii="Cambria" w:eastAsiaTheme="minorEastAsia" w:hAnsi="Cambria" w:cstheme="minorBidi"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F1B0EF9"/>
    <w:multiLevelType w:val="hybridMultilevel"/>
    <w:tmpl w:val="0F1CEA12"/>
    <w:lvl w:ilvl="0" w:tplc="FFFFFFFF">
      <w:start w:val="1"/>
      <w:numFmt w:val="bullet"/>
      <w:lvlText w:val=""/>
      <w:lvlJc w:val="left"/>
      <w:pPr>
        <w:ind w:left="720" w:hanging="360"/>
      </w:pPr>
      <w:rPr>
        <w:rFonts w:ascii="Symbol" w:hAnsi="Symbol" w:hint="default"/>
      </w:rPr>
    </w:lvl>
    <w:lvl w:ilvl="1" w:tplc="40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14E72E2"/>
    <w:multiLevelType w:val="hybridMultilevel"/>
    <w:tmpl w:val="5448CC7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2AB1077C"/>
    <w:multiLevelType w:val="hybridMultilevel"/>
    <w:tmpl w:val="A0A6A408"/>
    <w:lvl w:ilvl="0" w:tplc="40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0212C5F"/>
    <w:multiLevelType w:val="hybridMultilevel"/>
    <w:tmpl w:val="CC94EA1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2C566D1"/>
    <w:multiLevelType w:val="hybridMultilevel"/>
    <w:tmpl w:val="732E48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7916BAB"/>
    <w:multiLevelType w:val="hybridMultilevel"/>
    <w:tmpl w:val="703E8CB0"/>
    <w:lvl w:ilvl="0" w:tplc="40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AAD4E7B"/>
    <w:multiLevelType w:val="hybridMultilevel"/>
    <w:tmpl w:val="F0A21324"/>
    <w:lvl w:ilvl="0" w:tplc="1E98FFE0">
      <w:numFmt w:val="bullet"/>
      <w:lvlText w:val="-"/>
      <w:lvlJc w:val="left"/>
      <w:pPr>
        <w:ind w:left="720" w:hanging="360"/>
      </w:pPr>
      <w:rPr>
        <w:rFonts w:ascii="Cambria" w:eastAsiaTheme="minorEastAsia" w:hAnsi="Cambria"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BFF57AA"/>
    <w:multiLevelType w:val="hybridMultilevel"/>
    <w:tmpl w:val="2E5278F4"/>
    <w:lvl w:ilvl="0" w:tplc="8BA824B8">
      <w:numFmt w:val="bullet"/>
      <w:lvlText w:val="-"/>
      <w:lvlJc w:val="left"/>
      <w:pPr>
        <w:ind w:left="720" w:hanging="360"/>
      </w:pPr>
      <w:rPr>
        <w:rFonts w:ascii="Cambria" w:eastAsiaTheme="minorEastAsia" w:hAnsi="Cambria"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7137758"/>
    <w:multiLevelType w:val="hybridMultilevel"/>
    <w:tmpl w:val="E4646F58"/>
    <w:lvl w:ilvl="0" w:tplc="FFFFFFFF">
      <w:start w:val="1"/>
      <w:numFmt w:val="decimal"/>
      <w:lvlText w:val="%1."/>
      <w:lvlJc w:val="left"/>
      <w:pPr>
        <w:ind w:left="720" w:hanging="360"/>
      </w:pPr>
    </w:lvl>
    <w:lvl w:ilvl="1" w:tplc="13ACF0D0">
      <w:numFmt w:val="bullet"/>
      <w:lvlText w:val="-"/>
      <w:lvlJc w:val="left"/>
      <w:pPr>
        <w:ind w:left="1440" w:hanging="360"/>
      </w:pPr>
      <w:rPr>
        <w:rFonts w:ascii="Cambria" w:eastAsiaTheme="minorEastAsia" w:hAnsi="Cambria" w:cstheme="minorBid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92D1572"/>
    <w:multiLevelType w:val="hybridMultilevel"/>
    <w:tmpl w:val="8EAC05C4"/>
    <w:lvl w:ilvl="0" w:tplc="245430E0">
      <w:numFmt w:val="bullet"/>
      <w:lvlText w:val="-"/>
      <w:lvlJc w:val="left"/>
      <w:pPr>
        <w:ind w:left="720" w:hanging="360"/>
      </w:pPr>
      <w:rPr>
        <w:rFonts w:ascii="Cambria" w:eastAsiaTheme="minorEastAsia" w:hAnsi="Cambria"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55C94415"/>
    <w:multiLevelType w:val="hybridMultilevel"/>
    <w:tmpl w:val="151E6B6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64613755"/>
    <w:multiLevelType w:val="hybridMultilevel"/>
    <w:tmpl w:val="9E2C6C34"/>
    <w:lvl w:ilvl="0" w:tplc="FFFFFFFF">
      <w:start w:val="1"/>
      <w:numFmt w:val="bullet"/>
      <w:lvlText w:val=""/>
      <w:lvlJc w:val="left"/>
      <w:pPr>
        <w:ind w:left="720" w:hanging="360"/>
      </w:pPr>
      <w:rPr>
        <w:rFonts w:ascii="Symbol" w:hAnsi="Symbol" w:hint="default"/>
      </w:rPr>
    </w:lvl>
    <w:lvl w:ilvl="1" w:tplc="40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A3E265F"/>
    <w:multiLevelType w:val="hybridMultilevel"/>
    <w:tmpl w:val="3140EFD2"/>
    <w:lvl w:ilvl="0" w:tplc="7A2AFD18">
      <w:numFmt w:val="bullet"/>
      <w:lvlText w:val="-"/>
      <w:lvlJc w:val="left"/>
      <w:pPr>
        <w:ind w:left="720" w:hanging="360"/>
      </w:pPr>
      <w:rPr>
        <w:rFonts w:ascii="Cambria" w:eastAsiaTheme="minorEastAsia" w:hAnsi="Cambria"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717F6D8B"/>
    <w:multiLevelType w:val="hybridMultilevel"/>
    <w:tmpl w:val="6212A5C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29072825">
    <w:abstractNumId w:val="8"/>
  </w:num>
  <w:num w:numId="2" w16cid:durableId="130023447">
    <w:abstractNumId w:val="6"/>
  </w:num>
  <w:num w:numId="3" w16cid:durableId="2061980731">
    <w:abstractNumId w:val="5"/>
  </w:num>
  <w:num w:numId="4" w16cid:durableId="498234078">
    <w:abstractNumId w:val="4"/>
  </w:num>
  <w:num w:numId="5" w16cid:durableId="588660675">
    <w:abstractNumId w:val="7"/>
  </w:num>
  <w:num w:numId="6" w16cid:durableId="264849644">
    <w:abstractNumId w:val="3"/>
  </w:num>
  <w:num w:numId="7" w16cid:durableId="185489722">
    <w:abstractNumId w:val="2"/>
  </w:num>
  <w:num w:numId="8" w16cid:durableId="240214577">
    <w:abstractNumId w:val="1"/>
  </w:num>
  <w:num w:numId="9" w16cid:durableId="196747474">
    <w:abstractNumId w:val="0"/>
  </w:num>
  <w:num w:numId="10" w16cid:durableId="2097510165">
    <w:abstractNumId w:val="16"/>
  </w:num>
  <w:num w:numId="11" w16cid:durableId="861938356">
    <w:abstractNumId w:val="18"/>
  </w:num>
  <w:num w:numId="12" w16cid:durableId="1428114480">
    <w:abstractNumId w:val="11"/>
  </w:num>
  <w:num w:numId="13" w16cid:durableId="844393520">
    <w:abstractNumId w:val="19"/>
  </w:num>
  <w:num w:numId="14" w16cid:durableId="1878347858">
    <w:abstractNumId w:val="10"/>
  </w:num>
  <w:num w:numId="15" w16cid:durableId="1496726421">
    <w:abstractNumId w:val="21"/>
  </w:num>
  <w:num w:numId="16" w16cid:durableId="1539078490">
    <w:abstractNumId w:val="24"/>
  </w:num>
  <w:num w:numId="17" w16cid:durableId="1964192407">
    <w:abstractNumId w:val="9"/>
  </w:num>
  <w:num w:numId="18" w16cid:durableId="1351683706">
    <w:abstractNumId w:val="13"/>
  </w:num>
  <w:num w:numId="19" w16cid:durableId="41754424">
    <w:abstractNumId w:val="23"/>
  </w:num>
  <w:num w:numId="20" w16cid:durableId="348874038">
    <w:abstractNumId w:val="12"/>
  </w:num>
  <w:num w:numId="21" w16cid:durableId="1385058573">
    <w:abstractNumId w:val="15"/>
  </w:num>
  <w:num w:numId="22" w16cid:durableId="781191584">
    <w:abstractNumId w:val="20"/>
  </w:num>
  <w:num w:numId="23" w16cid:durableId="1906453219">
    <w:abstractNumId w:val="25"/>
  </w:num>
  <w:num w:numId="24" w16cid:durableId="1354183104">
    <w:abstractNumId w:val="14"/>
  </w:num>
  <w:num w:numId="25" w16cid:durableId="994261864">
    <w:abstractNumId w:val="22"/>
  </w:num>
  <w:num w:numId="26" w16cid:durableId="129397346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0284A"/>
    <w:rsid w:val="0015074B"/>
    <w:rsid w:val="0029639D"/>
    <w:rsid w:val="002B5EBE"/>
    <w:rsid w:val="00326F90"/>
    <w:rsid w:val="00AA1D8D"/>
    <w:rsid w:val="00B47730"/>
    <w:rsid w:val="00CB0664"/>
    <w:rsid w:val="00CC3971"/>
    <w:rsid w:val="00F6620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2FA281"/>
  <w14:defaultImageDpi w14:val="300"/>
  <w15:docId w15:val="{3D85F09F-B8B9-432C-A9F6-F839E45BA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410</Words>
  <Characters>2340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Siddharth Singh</cp:lastModifiedBy>
  <cp:revision>2</cp:revision>
  <dcterms:created xsi:type="dcterms:W3CDTF">2025-11-22T15:08:00Z</dcterms:created>
  <dcterms:modified xsi:type="dcterms:W3CDTF">2025-11-22T15:08:00Z</dcterms:modified>
  <cp:category/>
</cp:coreProperties>
</file>